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CDB2" w14:textId="6805F64A" w:rsidR="009E5EC2" w:rsidRDefault="00000000">
      <w:pPr>
        <w:jc w:val="center"/>
      </w:pPr>
      <w:r>
        <w:rPr>
          <w:b/>
          <w:sz w:val="40"/>
        </w:rPr>
        <w:t>JOURNAL PAPER TITLE</w:t>
      </w:r>
      <w:r w:rsidR="00DB3621">
        <w:rPr>
          <w:b/>
          <w:sz w:val="40"/>
        </w:rPr>
        <w:t>- 24pt</w:t>
      </w:r>
    </w:p>
    <w:p w14:paraId="5EB0F383" w14:textId="77777777" w:rsidR="009E5EC2" w:rsidRDefault="00000000">
      <w:pPr>
        <w:spacing w:after="160"/>
        <w:jc w:val="center"/>
      </w:pPr>
      <w:r>
        <w:rPr>
          <w:i/>
          <w:sz w:val="22"/>
        </w:rPr>
        <w:t>Optional Subtitle of the Research Work</w:t>
      </w:r>
    </w:p>
    <w:p w14:paraId="457ADE3A" w14:textId="77777777" w:rsidR="009E5EC2" w:rsidRDefault="00000000">
      <w:pPr>
        <w:spacing w:after="40"/>
        <w:jc w:val="center"/>
      </w:pPr>
      <w:r>
        <w:rPr>
          <w:b/>
        </w:rPr>
        <w:t>1First Author, 2Second Author, 3Third Author</w:t>
      </w:r>
    </w:p>
    <w:p w14:paraId="15AC37A8" w14:textId="77777777" w:rsidR="009E5EC2" w:rsidRDefault="00000000">
      <w:pPr>
        <w:spacing w:after="40"/>
        <w:jc w:val="center"/>
      </w:pPr>
      <w:r>
        <w:rPr>
          <w:sz w:val="18"/>
        </w:rPr>
        <w:t>1Designation, Department, Institution; 2Designation, Department, Institution; 3Designation, Department, Institution</w:t>
      </w:r>
    </w:p>
    <w:p w14:paraId="0ADFE0AE" w14:textId="77777777" w:rsidR="009E5EC2" w:rsidRDefault="00000000">
      <w:pPr>
        <w:spacing w:after="140"/>
        <w:jc w:val="center"/>
      </w:pPr>
      <w:r>
        <w:rPr>
          <w:sz w:val="18"/>
        </w:rPr>
        <w:t>City, State, Country | author1@email.com | author2@email.com | author3@email.com</w:t>
      </w:r>
    </w:p>
    <w:p w14:paraId="0A463000" w14:textId="77777777" w:rsidR="00DB3621" w:rsidRDefault="00DB3621" w:rsidP="00DB3621">
      <w:pPr>
        <w:rPr>
          <w:b/>
          <w:sz w:val="19"/>
        </w:rPr>
      </w:pPr>
    </w:p>
    <w:p w14:paraId="572D884A" w14:textId="6FB7C0CE" w:rsidR="00DB3621" w:rsidRPr="004C1C82" w:rsidRDefault="00DB3621" w:rsidP="0088062C">
      <w:pPr>
        <w:jc w:val="both"/>
        <w:rPr>
          <w:sz w:val="22"/>
          <w:szCs w:val="24"/>
        </w:rPr>
      </w:pPr>
      <w:r w:rsidRPr="004C1C82">
        <w:rPr>
          <w:b/>
          <w:szCs w:val="24"/>
        </w:rPr>
        <w:t>Abstract</w:t>
      </w:r>
      <w:r w:rsidR="0088062C" w:rsidRPr="004C1C82">
        <w:rPr>
          <w:b/>
          <w:szCs w:val="24"/>
        </w:rPr>
        <w:t xml:space="preserve">- </w:t>
      </w:r>
      <w:r w:rsidRPr="004C1C82">
        <w:rPr>
          <w:szCs w:val="24"/>
        </w:rPr>
        <w:t>Provide a concise summary of the research problem, objective, methodology, key findings, and contribution. The abstract should normally be self-contained and should not contain citations and should be in the range of 150- 250 words.</w:t>
      </w:r>
    </w:p>
    <w:p w14:paraId="57C1B321" w14:textId="3F404D97" w:rsidR="009E5EC2" w:rsidRPr="004C1C82" w:rsidRDefault="00000000">
      <w:pPr>
        <w:spacing w:after="120"/>
        <w:rPr>
          <w:sz w:val="22"/>
          <w:szCs w:val="24"/>
        </w:rPr>
      </w:pPr>
      <w:r w:rsidRPr="004C1C82">
        <w:rPr>
          <w:b/>
          <w:szCs w:val="24"/>
        </w:rPr>
        <w:t>Keywords</w:t>
      </w:r>
      <w:r w:rsidR="0088062C" w:rsidRPr="004C1C82">
        <w:rPr>
          <w:b/>
          <w:szCs w:val="24"/>
        </w:rPr>
        <w:t xml:space="preserve"> -</w:t>
      </w:r>
      <w:r w:rsidRPr="004C1C82">
        <w:rPr>
          <w:szCs w:val="24"/>
        </w:rPr>
        <w:t>research topic; methodology; technology; application; innovation</w:t>
      </w:r>
    </w:p>
    <w:p w14:paraId="3D01DE4B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1. INTRODUCTION</w:t>
      </w:r>
    </w:p>
    <w:p w14:paraId="0BB9ACE7" w14:textId="77777777" w:rsidR="009E5EC2" w:rsidRDefault="00000000" w:rsidP="0088062C">
      <w:pPr>
        <w:jc w:val="both"/>
      </w:pPr>
      <w:r>
        <w:t>Introduce the research background, motivation, problem statement, and significance of the study. Clearly explain why the problem matters and what gap the proposed work addresses.</w:t>
      </w:r>
    </w:p>
    <w:p w14:paraId="6D2AE299" w14:textId="26EA62C2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2. RELATED WORK</w:t>
      </w:r>
      <w:r w:rsidR="00DB3621" w:rsidRPr="004C1C82">
        <w:rPr>
          <w:sz w:val="24"/>
          <w:szCs w:val="24"/>
        </w:rPr>
        <w:t xml:space="preserve"> (MINIMUM 10 SURVEY REPORTS RELATED TO YOUR PAPER)</w:t>
      </w:r>
    </w:p>
    <w:p w14:paraId="2143E8C4" w14:textId="77777777" w:rsidR="009E5EC2" w:rsidRDefault="00000000" w:rsidP="0088062C">
      <w:pPr>
        <w:jc w:val="both"/>
      </w:pPr>
      <w:r>
        <w:t>Summarize relevant and recent research. Compare existing approaches, identify limitations, and explain how the present study differs from or improves upon previous work.</w:t>
      </w:r>
    </w:p>
    <w:p w14:paraId="4545714F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3. METHODOLOGY</w:t>
      </w:r>
    </w:p>
    <w:p w14:paraId="1418AFD4" w14:textId="77777777" w:rsidR="009E5EC2" w:rsidRDefault="00000000" w:rsidP="0088062C">
      <w:pPr>
        <w:jc w:val="both"/>
      </w:pPr>
      <w:r>
        <w:t>Describe the proposed system, model, experimental procedure, algorithms, hardware, software, datasets, or mathematical methods used in the research. Include a system architecture or workflow figure when appropriate.</w:t>
      </w:r>
    </w:p>
    <w:p w14:paraId="121E2079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4. RESULTS AND DISCUSSION</w:t>
      </w:r>
    </w:p>
    <w:p w14:paraId="28D08E3C" w14:textId="77777777" w:rsidR="009E5EC2" w:rsidRDefault="00000000" w:rsidP="0088062C">
      <w:pPr>
        <w:jc w:val="both"/>
      </w:pPr>
      <w:r>
        <w:t>Present experimental results using suitable tables, graphs, figures, and quantitative measures. Explain the observations and compare the results with relevant existing approaches.</w:t>
      </w:r>
    </w:p>
    <w:p w14:paraId="63ED6A30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5. CONCLUSION</w:t>
      </w:r>
    </w:p>
    <w:p w14:paraId="260F9DD6" w14:textId="77777777" w:rsidR="009E5EC2" w:rsidRDefault="00000000" w:rsidP="0088062C">
      <w:pPr>
        <w:jc w:val="both"/>
      </w:pPr>
      <w:r>
        <w:t>Summarize the main contribution and important findings. State the practical or academic significance of the work without introducing unsupported claims.</w:t>
      </w:r>
    </w:p>
    <w:p w14:paraId="4026F1E2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6. FUTURE WORK</w:t>
      </w:r>
    </w:p>
    <w:p w14:paraId="311A4E75" w14:textId="77777777" w:rsidR="009E5EC2" w:rsidRDefault="00000000" w:rsidP="0088062C">
      <w:pPr>
        <w:jc w:val="both"/>
      </w:pPr>
      <w:r>
        <w:t>Mention realistic improvements, extensions, additional experiments, deployment possibilities, or research directions that can follow from the current study.</w:t>
      </w:r>
    </w:p>
    <w:p w14:paraId="5940B2CC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ACKNOWLEDGMENT</w:t>
      </w:r>
    </w:p>
    <w:p w14:paraId="22182336" w14:textId="77777777" w:rsidR="009E5EC2" w:rsidRDefault="00000000" w:rsidP="0088062C">
      <w:pPr>
        <w:jc w:val="both"/>
      </w:pPr>
      <w:r>
        <w:t>Acknowledge institutional support, project guidance, funding, laboratory facilities, or other assistance where applicable.</w:t>
      </w:r>
    </w:p>
    <w:p w14:paraId="130BA610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REFERENCES</w:t>
      </w:r>
    </w:p>
    <w:p w14:paraId="40EE6650" w14:textId="77777777" w:rsidR="009E5EC2" w:rsidRDefault="00000000" w:rsidP="0088062C">
      <w:pPr>
        <w:jc w:val="both"/>
      </w:pPr>
      <w:r>
        <w:t>List every source cited in the manuscript. Use one consistent citation style throughout the paper. Each reference should contain sufficient bibliographic information for readers to locate the source.</w:t>
      </w:r>
    </w:p>
    <w:p w14:paraId="14D7F53D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AUTHOR FORMATTING GUIDE</w:t>
      </w:r>
    </w:p>
    <w:p w14:paraId="3BE7E766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Language: </w:t>
      </w:r>
      <w:r>
        <w:rPr>
          <w:sz w:val="19"/>
        </w:rPr>
        <w:t>Manuscripts should be prepared in clear academic English.</w:t>
      </w:r>
    </w:p>
    <w:p w14:paraId="4AA4FD69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Font: </w:t>
      </w:r>
      <w:r>
        <w:rPr>
          <w:sz w:val="19"/>
        </w:rPr>
        <w:t>Use Times New Roman throughout the manuscript unless a special symbol or equation requires another compatible font.</w:t>
      </w:r>
    </w:p>
    <w:p w14:paraId="369A7851" w14:textId="4D3EB50E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Body text: </w:t>
      </w:r>
      <w:r>
        <w:rPr>
          <w:sz w:val="19"/>
        </w:rPr>
        <w:t>Use 1</w:t>
      </w:r>
      <w:r w:rsidR="004C1C82">
        <w:rPr>
          <w:sz w:val="19"/>
        </w:rPr>
        <w:t>0</w:t>
      </w:r>
      <w:r>
        <w:rPr>
          <w:sz w:val="19"/>
        </w:rPr>
        <w:t>-point font with single line spacing.</w:t>
      </w:r>
    </w:p>
    <w:p w14:paraId="5F0686BA" w14:textId="25393355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Title: </w:t>
      </w:r>
      <w:r w:rsidR="00DB3621">
        <w:rPr>
          <w:bCs/>
          <w:sz w:val="19"/>
        </w:rPr>
        <w:t>Use 1</w:t>
      </w:r>
      <w:r w:rsidR="004C1C82">
        <w:rPr>
          <w:bCs/>
          <w:sz w:val="19"/>
        </w:rPr>
        <w:t>2</w:t>
      </w:r>
      <w:r w:rsidR="00DB3621">
        <w:rPr>
          <w:bCs/>
          <w:sz w:val="19"/>
        </w:rPr>
        <w:t xml:space="preserve">-point font with single line spacing. </w:t>
      </w:r>
      <w:r>
        <w:rPr>
          <w:sz w:val="19"/>
        </w:rPr>
        <w:t>Use a concise research title; avoid unnecessary abbreviations and special symbols.</w:t>
      </w:r>
    </w:p>
    <w:p w14:paraId="186B7C78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Figures: </w:t>
      </w:r>
      <w:r>
        <w:rPr>
          <w:sz w:val="19"/>
        </w:rPr>
        <w:t>Place figures close to their first citation</w:t>
      </w:r>
      <w:r w:rsidRPr="00DB3621">
        <w:rPr>
          <w:b/>
          <w:bCs/>
          <w:sz w:val="19"/>
        </w:rPr>
        <w:t>. Figure captions should be positioned below the figure.</w:t>
      </w:r>
    </w:p>
    <w:p w14:paraId="6E92B479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Tables: </w:t>
      </w:r>
      <w:r w:rsidRPr="00AA768E">
        <w:rPr>
          <w:b/>
          <w:bCs/>
          <w:sz w:val="19"/>
        </w:rPr>
        <w:t>Place table titles above the corresponding tables</w:t>
      </w:r>
      <w:r w:rsidRPr="00DB3621">
        <w:rPr>
          <w:sz w:val="19"/>
        </w:rPr>
        <w:t>.</w:t>
      </w:r>
      <w:r w:rsidRPr="00DB3621">
        <w:rPr>
          <w:b/>
          <w:bCs/>
          <w:sz w:val="19"/>
        </w:rPr>
        <w:t xml:space="preserve"> </w:t>
      </w:r>
      <w:r w:rsidRPr="00AA768E">
        <w:rPr>
          <w:sz w:val="19"/>
        </w:rPr>
        <w:t>Number tables consecutively.</w:t>
      </w:r>
    </w:p>
    <w:p w14:paraId="0D227E98" w14:textId="2B2153FB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Equations: </w:t>
      </w:r>
      <w:r>
        <w:rPr>
          <w:sz w:val="19"/>
        </w:rPr>
        <w:t>Number equations sequentially when they are referenced in the manuscript</w:t>
      </w:r>
      <w:r w:rsidR="00DB3621">
        <w:rPr>
          <w:sz w:val="19"/>
        </w:rPr>
        <w:t xml:space="preserve"> and make them Bold.</w:t>
      </w:r>
    </w:p>
    <w:p w14:paraId="7F5F51C6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Citations: </w:t>
      </w:r>
      <w:r>
        <w:rPr>
          <w:sz w:val="19"/>
        </w:rPr>
        <w:t>Use bracketed numerical citations such as [1], [2], and [3] consistently.</w:t>
      </w:r>
    </w:p>
    <w:p w14:paraId="06D120DA" w14:textId="77777777" w:rsidR="009E5EC2" w:rsidRDefault="00000000" w:rsidP="0088062C">
      <w:pPr>
        <w:spacing w:after="40"/>
        <w:ind w:left="115"/>
        <w:jc w:val="both"/>
      </w:pPr>
      <w:r>
        <w:rPr>
          <w:b/>
          <w:sz w:val="19"/>
        </w:rPr>
        <w:t xml:space="preserve">Originality: </w:t>
      </w:r>
      <w:r>
        <w:rPr>
          <w:sz w:val="19"/>
        </w:rPr>
        <w:t>Authors are responsible for originality, accurate reporting of results, and proper citation of prior work.</w:t>
      </w:r>
    </w:p>
    <w:p w14:paraId="1FE611DB" w14:textId="6FBC2388" w:rsidR="009E5EC2" w:rsidRDefault="00000000" w:rsidP="0088062C">
      <w:pPr>
        <w:spacing w:after="40"/>
        <w:ind w:left="115"/>
        <w:jc w:val="both"/>
        <w:rPr>
          <w:sz w:val="19"/>
        </w:rPr>
      </w:pPr>
      <w:r>
        <w:rPr>
          <w:b/>
          <w:sz w:val="19"/>
        </w:rPr>
        <w:t xml:space="preserve">Submission: </w:t>
      </w:r>
      <w:r>
        <w:rPr>
          <w:sz w:val="19"/>
        </w:rPr>
        <w:t>Submit the final manuscript in editable Word format and PDF format</w:t>
      </w:r>
      <w:r w:rsidR="00DB3621">
        <w:rPr>
          <w:sz w:val="19"/>
        </w:rPr>
        <w:t xml:space="preserve"> (both)</w:t>
      </w:r>
      <w:r>
        <w:rPr>
          <w:sz w:val="19"/>
        </w:rPr>
        <w:t>.</w:t>
      </w:r>
    </w:p>
    <w:p w14:paraId="62648B4A" w14:textId="06F07832" w:rsidR="00DB3621" w:rsidRDefault="0088062C" w:rsidP="0088062C">
      <w:pPr>
        <w:spacing w:after="40"/>
        <w:ind w:left="115"/>
        <w:jc w:val="both"/>
        <w:rPr>
          <w:bCs/>
          <w:sz w:val="19"/>
        </w:rPr>
      </w:pPr>
      <w:r w:rsidRPr="0088062C">
        <w:rPr>
          <w:b/>
          <w:sz w:val="19"/>
        </w:rPr>
        <w:t xml:space="preserve">Column Format: </w:t>
      </w:r>
      <w:r w:rsidRPr="0088062C">
        <w:rPr>
          <w:bCs/>
          <w:sz w:val="19"/>
        </w:rPr>
        <w:t xml:space="preserve">Authors may use </w:t>
      </w:r>
      <w:r w:rsidRPr="0088062C">
        <w:rPr>
          <w:b/>
          <w:sz w:val="19"/>
        </w:rPr>
        <w:t>either a single-column or two-column format</w:t>
      </w:r>
      <w:r w:rsidRPr="0088062C">
        <w:rPr>
          <w:bCs/>
          <w:sz w:val="19"/>
        </w:rPr>
        <w:t xml:space="preserve"> for manuscript preparation. The two-column format is recommended for the final journal version.</w:t>
      </w:r>
    </w:p>
    <w:p w14:paraId="7F355A8F" w14:textId="13B537BE" w:rsidR="00AA768E" w:rsidRDefault="00AA768E" w:rsidP="0088062C">
      <w:pPr>
        <w:spacing w:after="40"/>
        <w:ind w:left="115"/>
        <w:jc w:val="both"/>
      </w:pPr>
      <w:r>
        <w:rPr>
          <w:b/>
          <w:sz w:val="19"/>
        </w:rPr>
        <w:lastRenderedPageBreak/>
        <w:t xml:space="preserve">Paper </w:t>
      </w:r>
      <w:r w:rsidRPr="00AA768E">
        <w:rPr>
          <w:b/>
          <w:bCs/>
          <w:sz w:val="19"/>
        </w:rPr>
        <w:t>Length:</w:t>
      </w:r>
      <w:r w:rsidRPr="00AA768E">
        <w:rPr>
          <w:b/>
          <w:sz w:val="19"/>
        </w:rPr>
        <w:t xml:space="preserve"> </w:t>
      </w:r>
      <w:r w:rsidRPr="00AA768E">
        <w:rPr>
          <w:bCs/>
          <w:sz w:val="19"/>
        </w:rPr>
        <w:t>The manuscript should preferably be 5</w:t>
      </w:r>
      <w:r>
        <w:rPr>
          <w:bCs/>
          <w:sz w:val="19"/>
        </w:rPr>
        <w:t xml:space="preserve">- </w:t>
      </w:r>
      <w:r w:rsidRPr="00AA768E">
        <w:rPr>
          <w:bCs/>
          <w:sz w:val="19"/>
        </w:rPr>
        <w:t>6 pages; additional charges may apply for papers exceeding the recommended page limit.</w:t>
      </w:r>
    </w:p>
    <w:p w14:paraId="31A616E5" w14:textId="77777777" w:rsidR="00DB3621" w:rsidRDefault="00DB3621">
      <w:pPr>
        <w:spacing w:after="40"/>
        <w:ind w:left="115"/>
      </w:pPr>
    </w:p>
    <w:p w14:paraId="675F5C39" w14:textId="77777777" w:rsidR="00DB3621" w:rsidRDefault="00DB3621">
      <w:pPr>
        <w:spacing w:after="40"/>
        <w:ind w:left="115"/>
      </w:pPr>
    </w:p>
    <w:p w14:paraId="5847BD0C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SAMPLE TABLE FORMAT</w:t>
      </w:r>
    </w:p>
    <w:p w14:paraId="059A3CD2" w14:textId="5BA4E2FB" w:rsidR="00DB3621" w:rsidRPr="00DB3621" w:rsidRDefault="00DB3621" w:rsidP="00DB3621">
      <w:pPr>
        <w:pStyle w:val="JournalHeading1"/>
        <w:jc w:val="center"/>
        <w:rPr>
          <w:sz w:val="20"/>
          <w:szCs w:val="20"/>
        </w:rPr>
      </w:pPr>
      <w:r w:rsidRPr="00DB3621">
        <w:rPr>
          <w:sz w:val="20"/>
          <w:szCs w:val="20"/>
        </w:rPr>
        <w:t>Table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9E5EC2" w14:paraId="7779F249" w14:textId="77777777" w:rsidTr="00DB3621">
        <w:trPr>
          <w:jc w:val="center"/>
        </w:trPr>
        <w:tc>
          <w:tcPr>
            <w:tcW w:w="3456" w:type="dxa"/>
          </w:tcPr>
          <w:p w14:paraId="532C61EE" w14:textId="77777777" w:rsidR="009E5EC2" w:rsidRDefault="00000000">
            <w:r>
              <w:rPr>
                <w:b/>
                <w:sz w:val="17"/>
              </w:rPr>
              <w:t>Parameter</w:t>
            </w:r>
          </w:p>
        </w:tc>
        <w:tc>
          <w:tcPr>
            <w:tcW w:w="3456" w:type="dxa"/>
          </w:tcPr>
          <w:p w14:paraId="68B5C8DE" w14:textId="77777777" w:rsidR="009E5EC2" w:rsidRDefault="00000000">
            <w:r>
              <w:rPr>
                <w:b/>
                <w:sz w:val="17"/>
              </w:rPr>
              <w:t>Method A</w:t>
            </w:r>
          </w:p>
        </w:tc>
        <w:tc>
          <w:tcPr>
            <w:tcW w:w="3456" w:type="dxa"/>
          </w:tcPr>
          <w:p w14:paraId="20E7CB96" w14:textId="77777777" w:rsidR="009E5EC2" w:rsidRDefault="00000000">
            <w:r>
              <w:rPr>
                <w:b/>
                <w:sz w:val="17"/>
              </w:rPr>
              <w:t>Method B</w:t>
            </w:r>
          </w:p>
        </w:tc>
      </w:tr>
      <w:tr w:rsidR="009E5EC2" w14:paraId="5918B241" w14:textId="77777777" w:rsidTr="00DB3621">
        <w:trPr>
          <w:jc w:val="center"/>
        </w:trPr>
        <w:tc>
          <w:tcPr>
            <w:tcW w:w="3456" w:type="dxa"/>
          </w:tcPr>
          <w:p w14:paraId="1C50CE96" w14:textId="77777777" w:rsidR="009E5EC2" w:rsidRDefault="00000000">
            <w:r>
              <w:rPr>
                <w:sz w:val="17"/>
              </w:rPr>
              <w:t>Accuracy</w:t>
            </w:r>
          </w:p>
        </w:tc>
        <w:tc>
          <w:tcPr>
            <w:tcW w:w="3456" w:type="dxa"/>
          </w:tcPr>
          <w:p w14:paraId="631211E7" w14:textId="77777777" w:rsidR="009E5EC2" w:rsidRDefault="00000000">
            <w:r>
              <w:rPr>
                <w:sz w:val="17"/>
              </w:rPr>
              <w:t>00.00%</w:t>
            </w:r>
          </w:p>
        </w:tc>
        <w:tc>
          <w:tcPr>
            <w:tcW w:w="3456" w:type="dxa"/>
          </w:tcPr>
          <w:p w14:paraId="4745BAB6" w14:textId="77777777" w:rsidR="009E5EC2" w:rsidRDefault="00000000">
            <w:r>
              <w:rPr>
                <w:sz w:val="17"/>
              </w:rPr>
              <w:t>00.00%</w:t>
            </w:r>
          </w:p>
        </w:tc>
      </w:tr>
      <w:tr w:rsidR="009E5EC2" w14:paraId="18BA8832" w14:textId="77777777" w:rsidTr="00DB3621">
        <w:trPr>
          <w:jc w:val="center"/>
        </w:trPr>
        <w:tc>
          <w:tcPr>
            <w:tcW w:w="3456" w:type="dxa"/>
          </w:tcPr>
          <w:p w14:paraId="237B5529" w14:textId="77777777" w:rsidR="009E5EC2" w:rsidRDefault="00000000">
            <w:r>
              <w:rPr>
                <w:sz w:val="17"/>
              </w:rPr>
              <w:t>Processing Time</w:t>
            </w:r>
          </w:p>
        </w:tc>
        <w:tc>
          <w:tcPr>
            <w:tcW w:w="3456" w:type="dxa"/>
          </w:tcPr>
          <w:p w14:paraId="4D7ECECD" w14:textId="77777777" w:rsidR="009E5EC2" w:rsidRDefault="00000000">
            <w:r>
              <w:rPr>
                <w:sz w:val="17"/>
              </w:rPr>
              <w:t>00.00 s</w:t>
            </w:r>
          </w:p>
        </w:tc>
        <w:tc>
          <w:tcPr>
            <w:tcW w:w="3456" w:type="dxa"/>
          </w:tcPr>
          <w:p w14:paraId="14D05E33" w14:textId="77777777" w:rsidR="009E5EC2" w:rsidRDefault="00000000">
            <w:r>
              <w:rPr>
                <w:sz w:val="17"/>
              </w:rPr>
              <w:t>00.00 s</w:t>
            </w:r>
          </w:p>
        </w:tc>
      </w:tr>
    </w:tbl>
    <w:p w14:paraId="1A00B84E" w14:textId="4D3FF930" w:rsidR="0088062C" w:rsidRPr="004C1C82" w:rsidRDefault="0088062C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SAMPLE IMAGE FORMAT</w:t>
      </w:r>
    </w:p>
    <w:p w14:paraId="11F48DC8" w14:textId="555F2D6C" w:rsidR="0088062C" w:rsidRDefault="004C1C82" w:rsidP="004C1C82">
      <w:pPr>
        <w:pStyle w:val="JournalHeading1"/>
        <w:spacing w:line="240" w:lineRule="auto"/>
        <w:jc w:val="center"/>
      </w:pPr>
      <w:r>
        <w:rPr>
          <w:noProof/>
        </w:rPr>
        <w:drawing>
          <wp:inline distT="0" distB="0" distL="0" distR="0" wp14:anchorId="3F5E643F" wp14:editId="27EEA2D3">
            <wp:extent cx="2147091" cy="1423670"/>
            <wp:effectExtent l="0" t="0" r="5715" b="5080"/>
            <wp:docPr id="828665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65318" name="Picture 828665318"/>
                    <pic:cNvPicPr/>
                  </pic:nvPicPr>
                  <pic:blipFill rotWithShape="1">
                    <a:blip r:embed="rId8"/>
                    <a:srcRect t="1" r="1658" b="2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427" cy="143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B0F1B" w14:textId="220F9660" w:rsidR="004C1C82" w:rsidRPr="004C1C82" w:rsidRDefault="004C1C82" w:rsidP="004C1C82">
      <w:pPr>
        <w:pStyle w:val="JournalHeading1"/>
        <w:spacing w:line="240" w:lineRule="auto"/>
        <w:jc w:val="center"/>
        <w:rPr>
          <w:sz w:val="20"/>
          <w:szCs w:val="20"/>
        </w:rPr>
      </w:pPr>
      <w:r w:rsidRPr="004C1C82">
        <w:rPr>
          <w:sz w:val="20"/>
          <w:szCs w:val="20"/>
        </w:rPr>
        <w:t>Figure 1</w:t>
      </w:r>
    </w:p>
    <w:p w14:paraId="4707AC72" w14:textId="0A70873C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REFERENCE EXAMPLES</w:t>
      </w:r>
    </w:p>
    <w:p w14:paraId="0C6F79CB" w14:textId="77777777" w:rsidR="009E5EC2" w:rsidRDefault="00000000">
      <w:pPr>
        <w:spacing w:after="40"/>
        <w:ind w:left="115" w:hanging="115"/>
      </w:pPr>
      <w:r>
        <w:rPr>
          <w:sz w:val="18"/>
        </w:rPr>
        <w:t>[1] A. Author, “Title of the journal article,” Journal Name, vol. 1, no. 1, pp. 1–10, 2026.</w:t>
      </w:r>
    </w:p>
    <w:p w14:paraId="2BA01533" w14:textId="77777777" w:rsidR="009E5EC2" w:rsidRDefault="00000000">
      <w:pPr>
        <w:spacing w:after="40"/>
        <w:ind w:left="115" w:hanging="115"/>
      </w:pPr>
      <w:r>
        <w:rPr>
          <w:sz w:val="18"/>
        </w:rPr>
        <w:t>[2] B. Author and C. Author, Book Title, 2nd ed. City, Country: Publisher, 2025.</w:t>
      </w:r>
    </w:p>
    <w:p w14:paraId="3759FEB3" w14:textId="77777777" w:rsidR="009E5EC2" w:rsidRDefault="00000000">
      <w:pPr>
        <w:spacing w:after="40"/>
        <w:ind w:left="115" w:hanging="115"/>
      </w:pPr>
      <w:r>
        <w:rPr>
          <w:sz w:val="18"/>
        </w:rPr>
        <w:t>[3] D. Author, “Title of the conference paper,” in Proc. of Conference Name, 2026, pp. 20–25.</w:t>
      </w:r>
    </w:p>
    <w:p w14:paraId="128CE336" w14:textId="77777777" w:rsidR="009E5EC2" w:rsidRPr="004C1C82" w:rsidRDefault="00000000">
      <w:pPr>
        <w:pStyle w:val="JournalHeading1"/>
        <w:rPr>
          <w:sz w:val="24"/>
          <w:szCs w:val="24"/>
        </w:rPr>
      </w:pPr>
      <w:r w:rsidRPr="004C1C82">
        <w:rPr>
          <w:sz w:val="24"/>
          <w:szCs w:val="24"/>
        </w:rPr>
        <w:t>SUBMISSION CHECKLIST</w:t>
      </w:r>
    </w:p>
    <w:p w14:paraId="41F53B59" w14:textId="77777777" w:rsidR="009E5EC2" w:rsidRDefault="00000000">
      <w:pPr>
        <w:spacing w:after="20"/>
      </w:pPr>
      <w:r>
        <w:rPr>
          <w:sz w:val="18"/>
        </w:rPr>
        <w:t>☐ Title, author names, affiliations, and email addresses are complete.</w:t>
      </w:r>
    </w:p>
    <w:p w14:paraId="77F2B007" w14:textId="77777777" w:rsidR="009E5EC2" w:rsidRDefault="00000000">
      <w:pPr>
        <w:spacing w:after="20"/>
      </w:pPr>
      <w:r>
        <w:rPr>
          <w:sz w:val="18"/>
        </w:rPr>
        <w:t>☐ Abstract and keywords are included.</w:t>
      </w:r>
    </w:p>
    <w:p w14:paraId="3457EF8F" w14:textId="77777777" w:rsidR="009E5EC2" w:rsidRDefault="00000000">
      <w:pPr>
        <w:spacing w:after="20"/>
      </w:pPr>
      <w:r>
        <w:rPr>
          <w:sz w:val="18"/>
        </w:rPr>
        <w:t>☐ All figures and tables are numbered and cited.</w:t>
      </w:r>
    </w:p>
    <w:p w14:paraId="2C8E13E5" w14:textId="77777777" w:rsidR="009E5EC2" w:rsidRDefault="00000000">
      <w:pPr>
        <w:spacing w:after="20"/>
      </w:pPr>
      <w:r>
        <w:rPr>
          <w:sz w:val="18"/>
        </w:rPr>
        <w:t>☐ All in-text citations appear in the reference list.</w:t>
      </w:r>
    </w:p>
    <w:p w14:paraId="619E14F3" w14:textId="77777777" w:rsidR="009E5EC2" w:rsidRDefault="00000000">
      <w:pPr>
        <w:spacing w:after="20"/>
      </w:pPr>
      <w:r>
        <w:rPr>
          <w:sz w:val="18"/>
        </w:rPr>
        <w:t>☐ Results are supported by the reported methodology.</w:t>
      </w:r>
    </w:p>
    <w:p w14:paraId="0896A98A" w14:textId="77777777" w:rsidR="009E5EC2" w:rsidRDefault="00000000">
      <w:pPr>
        <w:spacing w:after="20"/>
      </w:pPr>
      <w:r>
        <w:rPr>
          <w:sz w:val="18"/>
        </w:rPr>
        <w:t>☐ The manuscript has been proofread for language and formatting.</w:t>
      </w:r>
    </w:p>
    <w:p w14:paraId="16F2BEE5" w14:textId="77777777" w:rsidR="009E5EC2" w:rsidRDefault="00000000">
      <w:pPr>
        <w:spacing w:after="20"/>
      </w:pPr>
      <w:r>
        <w:rPr>
          <w:sz w:val="18"/>
        </w:rPr>
        <w:t>☐ The manuscript follows the journal's ethical and originality requirements.</w:t>
      </w:r>
    </w:p>
    <w:sectPr w:rsidR="009E5EC2" w:rsidSect="00DB3621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362C" w14:textId="77777777" w:rsidR="001E7096" w:rsidRDefault="001E7096">
      <w:pPr>
        <w:spacing w:after="0"/>
      </w:pPr>
      <w:r>
        <w:separator/>
      </w:r>
    </w:p>
  </w:endnote>
  <w:endnote w:type="continuationSeparator" w:id="0">
    <w:p w14:paraId="534CE98F" w14:textId="77777777" w:rsidR="001E7096" w:rsidRDefault="001E7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6670" w14:textId="77777777" w:rsidR="009E5EC2" w:rsidRDefault="00000000">
    <w:pPr>
      <w:pStyle w:val="Footer"/>
      <w:jc w:val="center"/>
    </w:pP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DB36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51CA" w14:textId="77777777" w:rsidR="001E7096" w:rsidRDefault="001E7096">
      <w:pPr>
        <w:spacing w:after="0"/>
      </w:pPr>
      <w:r>
        <w:separator/>
      </w:r>
    </w:p>
  </w:footnote>
  <w:footnote w:type="continuationSeparator" w:id="0">
    <w:p w14:paraId="7D8F67F8" w14:textId="77777777" w:rsidR="001E7096" w:rsidRDefault="001E70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1F56" w14:textId="77777777" w:rsidR="009E5EC2" w:rsidRDefault="00000000">
    <w:pPr>
      <w:pStyle w:val="Header"/>
      <w:jc w:val="center"/>
    </w:pPr>
    <w:r>
      <w:rPr>
        <w:b/>
        <w:sz w:val="16"/>
      </w:rPr>
      <w:t>JOURNAL PAPER SUBMISSION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425085">
    <w:abstractNumId w:val="8"/>
  </w:num>
  <w:num w:numId="2" w16cid:durableId="782071693">
    <w:abstractNumId w:val="6"/>
  </w:num>
  <w:num w:numId="3" w16cid:durableId="1434545731">
    <w:abstractNumId w:val="5"/>
  </w:num>
  <w:num w:numId="4" w16cid:durableId="2021153581">
    <w:abstractNumId w:val="4"/>
  </w:num>
  <w:num w:numId="5" w16cid:durableId="1126579458">
    <w:abstractNumId w:val="7"/>
  </w:num>
  <w:num w:numId="6" w16cid:durableId="206839057">
    <w:abstractNumId w:val="3"/>
  </w:num>
  <w:num w:numId="7" w16cid:durableId="1909685047">
    <w:abstractNumId w:val="2"/>
  </w:num>
  <w:num w:numId="8" w16cid:durableId="559292435">
    <w:abstractNumId w:val="1"/>
  </w:num>
  <w:num w:numId="9" w16cid:durableId="58045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096"/>
    <w:rsid w:val="0029639D"/>
    <w:rsid w:val="00326F90"/>
    <w:rsid w:val="004C1C82"/>
    <w:rsid w:val="0088062C"/>
    <w:rsid w:val="009E5EC2"/>
    <w:rsid w:val="00AA1D8D"/>
    <w:rsid w:val="00AA768E"/>
    <w:rsid w:val="00B47730"/>
    <w:rsid w:val="00CB0664"/>
    <w:rsid w:val="00DB3621"/>
    <w:rsid w:val="00E02862"/>
    <w:rsid w:val="00E45744"/>
    <w:rsid w:val="00EE12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330BA"/>
  <w14:defaultImageDpi w14:val="300"/>
  <w15:docId w15:val="{ED38D202-DE1F-41AC-AB24-20C22A59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20" w:after="20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urnalHeading1">
    <w:name w:val="Journal Heading 1"/>
    <w:pPr>
      <w:spacing w:before="140" w:after="60"/>
    </w:pPr>
    <w:rPr>
      <w:rFonts w:ascii="Times New Roman" w:hAnsi="Times New Roman"/>
      <w:b/>
    </w:rPr>
  </w:style>
  <w:style w:type="paragraph" w:customStyle="1" w:styleId="JournalHeading2">
    <w:name w:val="Journal Heading 2"/>
    <w:pPr>
      <w:spacing w:before="140" w:after="60"/>
    </w:pPr>
    <w:rPr>
      <w:rFonts w:ascii="Times New Roman" w:hAnsi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S0275986</cp:lastModifiedBy>
  <cp:revision>3</cp:revision>
  <dcterms:created xsi:type="dcterms:W3CDTF">2026-08-09T03:15:00Z</dcterms:created>
  <dcterms:modified xsi:type="dcterms:W3CDTF">2026-08-09T06:28:00Z</dcterms:modified>
  <cp:category/>
</cp:coreProperties>
</file>